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E773F2" w14:paraId="12482A74" w14:textId="77777777">
        <w:trPr>
          <w:jc w:val="center"/>
        </w:trPr>
        <w:tc>
          <w:tcPr>
            <w:tcW w:w="10368" w:type="dxa"/>
            <w:shd w:val="clear" w:color="auto" w:fill="243447"/>
          </w:tcPr>
          <w:p w14:paraId="75930C96" w14:textId="77777777" w:rsidR="00E773F2" w:rsidRDefault="00000000">
            <w:pPr>
              <w:jc w:val="center"/>
            </w:pPr>
            <w:r>
              <w:rPr>
                <w:b/>
                <w:color w:val="FFFFFF"/>
                <w:sz w:val="38"/>
              </w:rPr>
              <w:t>SK REHAMAN PASHA</w:t>
            </w:r>
          </w:p>
          <w:p w14:paraId="2556C0E4" w14:textId="77777777" w:rsidR="00E773F2" w:rsidRDefault="00000000">
            <w:pPr>
              <w:jc w:val="center"/>
            </w:pPr>
            <w:r>
              <w:rPr>
                <w:b/>
                <w:color w:val="FFFFFF"/>
                <w:sz w:val="21"/>
              </w:rPr>
              <w:t>PYTHON AUTOMATION TEST ENGINEER</w:t>
            </w:r>
          </w:p>
          <w:p w14:paraId="0C32C1F9" w14:textId="33BA8614" w:rsidR="00E773F2" w:rsidRDefault="00000000">
            <w:pPr>
              <w:jc w:val="center"/>
            </w:pPr>
            <w:r>
              <w:rPr>
                <w:color w:val="FFFFFF"/>
                <w:sz w:val="17"/>
              </w:rPr>
              <w:t xml:space="preserve">Email: </w:t>
            </w:r>
            <w:proofErr w:type="gramStart"/>
            <w:r w:rsidR="004867C2">
              <w:rPr>
                <w:color w:val="FFFFFF"/>
                <w:sz w:val="17"/>
              </w:rPr>
              <w:t>skrehamanpasha1323@gmail.com</w:t>
            </w:r>
            <w:r>
              <w:rPr>
                <w:color w:val="FFFFFF"/>
                <w:sz w:val="17"/>
              </w:rPr>
              <w:t xml:space="preserve">  Mobile</w:t>
            </w:r>
            <w:proofErr w:type="gramEnd"/>
            <w:r>
              <w:rPr>
                <w:color w:val="FFFFFF"/>
                <w:sz w:val="17"/>
              </w:rPr>
              <w:t xml:space="preserve">: </w:t>
            </w:r>
            <w:proofErr w:type="gramStart"/>
            <w:r w:rsidR="004867C2">
              <w:rPr>
                <w:color w:val="FFFFFF"/>
                <w:sz w:val="17"/>
              </w:rPr>
              <w:t>9100587158</w:t>
            </w:r>
            <w:r>
              <w:rPr>
                <w:color w:val="FFFFFF"/>
                <w:sz w:val="17"/>
              </w:rPr>
              <w:t xml:space="preserve">  |</w:t>
            </w:r>
            <w:proofErr w:type="gramEnd"/>
            <w:r>
              <w:rPr>
                <w:color w:val="FFFFFF"/>
                <w:sz w:val="17"/>
              </w:rPr>
              <w:t xml:space="preserve">  Location: </w:t>
            </w:r>
            <w:r w:rsidR="004867C2">
              <w:rPr>
                <w:color w:val="FFFFFF"/>
                <w:sz w:val="17"/>
              </w:rPr>
              <w:t>Bengaluru</w:t>
            </w:r>
          </w:p>
        </w:tc>
      </w:tr>
    </w:tbl>
    <w:p w14:paraId="75915212" w14:textId="77777777" w:rsidR="00E773F2" w:rsidRDefault="00000000">
      <w:pPr>
        <w:spacing w:before="140" w:after="60"/>
      </w:pPr>
      <w:r>
        <w:rPr>
          <w:b/>
          <w:sz w:val="22"/>
        </w:rPr>
        <w:t>PROFESSIONAL SUMMARY</w:t>
      </w:r>
    </w:p>
    <w:p w14:paraId="630663A3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Python Automation Test Engineer with 4 years of experience in Software Testing and Test Automation.</w:t>
      </w:r>
    </w:p>
    <w:p w14:paraId="07296206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 xml:space="preserve">Strong experience in developing and maintaining automation frameworks using Python and </w:t>
      </w:r>
      <w:proofErr w:type="spellStart"/>
      <w:r>
        <w:rPr>
          <w:sz w:val="18"/>
        </w:rPr>
        <w:t>Pytest</w:t>
      </w:r>
      <w:proofErr w:type="spellEnd"/>
      <w:r>
        <w:rPr>
          <w:sz w:val="18"/>
        </w:rPr>
        <w:t>.</w:t>
      </w:r>
    </w:p>
    <w:p w14:paraId="59A232AE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Hands-on experience in Playwright-based UI automation for modern banking applications.</w:t>
      </w:r>
    </w:p>
    <w:p w14:paraId="3E7F2762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Experience in Selenium WebDriver and Robot Framework for enterprise FinTech applications.</w:t>
      </w:r>
    </w:p>
    <w:p w14:paraId="2F16C334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Strong experience in REST API Testing using Python Requests and Postman.</w:t>
      </w:r>
    </w:p>
    <w:p w14:paraId="174B6B40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Experience in Functional, Regression, Smoke, Sanity, Integration, API, UI, and End-to-End Testing.</w:t>
      </w:r>
    </w:p>
    <w:p w14:paraId="435E230F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Hands-on experience in database validation using PostgreSQL, MySQL, and SQL.</w:t>
      </w:r>
    </w:p>
    <w:p w14:paraId="0D73C1C1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Experience in GenAI-assisted testing, including test scenario generation, test case generation, test coverage analysis, test case optimization, and AI-assisted test data generation.</w:t>
      </w:r>
    </w:p>
    <w:p w14:paraId="2CDCD1A5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Strong experience in reusable automation components, fixtures, utilities, parameterized tests, and data-driven test cases.</w:t>
      </w:r>
    </w:p>
    <w:p w14:paraId="2E637A30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Experience with Jenkins, Git, Bitbucket, and Allure Reports.</w:t>
      </w:r>
    </w:p>
    <w:p w14:paraId="395355B6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Good understanding of SDLC, STLC, Agile methodology, and Defect Life Cycle.</w:t>
      </w:r>
    </w:p>
    <w:p w14:paraId="4D0BEB87" w14:textId="77777777" w:rsidR="00E773F2" w:rsidRDefault="00000000">
      <w:pPr>
        <w:spacing w:before="140" w:after="60"/>
      </w:pPr>
      <w:r>
        <w:rPr>
          <w:b/>
          <w:sz w:val="22"/>
        </w:rPr>
        <w:t>PROFESSIONAL EXPERIENCE</w:t>
      </w:r>
    </w:p>
    <w:p w14:paraId="5D576DA9" w14:textId="6CF823DD" w:rsidR="00E773F2" w:rsidRDefault="00000000">
      <w:pPr>
        <w:spacing w:after="20"/>
      </w:pPr>
      <w:r>
        <w:rPr>
          <w:b/>
          <w:sz w:val="18"/>
        </w:rPr>
        <w:t xml:space="preserve">Company: </w:t>
      </w:r>
      <w:proofErr w:type="spellStart"/>
      <w:r w:rsidR="007B24C9" w:rsidRPr="007B24C9">
        <w:rPr>
          <w:sz w:val="18"/>
        </w:rPr>
        <w:t>Altimetrik</w:t>
      </w:r>
      <w:proofErr w:type="spellEnd"/>
    </w:p>
    <w:p w14:paraId="7E16E181" w14:textId="1EBB7E07" w:rsidR="00E773F2" w:rsidRDefault="00000000">
      <w:pPr>
        <w:spacing w:after="20"/>
      </w:pPr>
      <w:r>
        <w:rPr>
          <w:b/>
          <w:sz w:val="18"/>
        </w:rPr>
        <w:t xml:space="preserve">Role: </w:t>
      </w:r>
      <w:r>
        <w:rPr>
          <w:sz w:val="18"/>
        </w:rPr>
        <w:t>Python Automation Test Engineer</w:t>
      </w:r>
    </w:p>
    <w:p w14:paraId="4ED60E65" w14:textId="77777777" w:rsidR="00E773F2" w:rsidRDefault="00000000">
      <w:pPr>
        <w:spacing w:after="20"/>
        <w:rPr>
          <w:sz w:val="18"/>
        </w:rPr>
      </w:pPr>
      <w:r>
        <w:rPr>
          <w:b/>
          <w:sz w:val="18"/>
        </w:rPr>
        <w:t xml:space="preserve">Total Experience: </w:t>
      </w:r>
      <w:r>
        <w:rPr>
          <w:sz w:val="18"/>
        </w:rPr>
        <w:t>4 Years</w:t>
      </w:r>
    </w:p>
    <w:p w14:paraId="03D08A4E" w14:textId="0A402697" w:rsidR="004867C2" w:rsidRPr="004867C2" w:rsidRDefault="004867C2">
      <w:pPr>
        <w:spacing w:after="20"/>
        <w:rPr>
          <w:b/>
          <w:bCs/>
        </w:rPr>
      </w:pPr>
      <w:r w:rsidRPr="004867C2">
        <w:rPr>
          <w:b/>
          <w:bCs/>
          <w:sz w:val="18"/>
        </w:rPr>
        <w:t>Duration:</w:t>
      </w:r>
      <w:r>
        <w:rPr>
          <w:b/>
          <w:bCs/>
          <w:sz w:val="18"/>
        </w:rPr>
        <w:t xml:space="preserve"> </w:t>
      </w:r>
      <w:r w:rsidRPr="004867C2">
        <w:rPr>
          <w:sz w:val="18"/>
        </w:rPr>
        <w:t>Aug 2023 – Aug 2026</w:t>
      </w:r>
    </w:p>
    <w:p w14:paraId="04F30E57" w14:textId="77777777" w:rsidR="00E773F2" w:rsidRDefault="00000000">
      <w:pPr>
        <w:spacing w:before="140" w:after="60"/>
      </w:pPr>
      <w:r>
        <w:rPr>
          <w:b/>
          <w:sz w:val="21"/>
        </w:rPr>
        <w:t>KEY RESPONSIBILITIES</w:t>
      </w:r>
    </w:p>
    <w:p w14:paraId="7B79C451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Developed and maintained Python-based automation frameworks for web applications and APIs.</w:t>
      </w:r>
    </w:p>
    <w:p w14:paraId="096D57C8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 xml:space="preserve">Created automated test cases using </w:t>
      </w:r>
      <w:proofErr w:type="spellStart"/>
      <w:r>
        <w:rPr>
          <w:sz w:val="18"/>
        </w:rPr>
        <w:t>Pytest</w:t>
      </w:r>
      <w:proofErr w:type="spellEnd"/>
      <w:r>
        <w:rPr>
          <w:sz w:val="18"/>
        </w:rPr>
        <w:t>.</w:t>
      </w:r>
    </w:p>
    <w:p w14:paraId="42CD4CFA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Developed UI automation using Playwright and Selenium WebDriver.</w:t>
      </w:r>
    </w:p>
    <w:p w14:paraId="590EEAEF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Created and maintained Robot Framework automation suites.</w:t>
      </w:r>
    </w:p>
    <w:p w14:paraId="2C57C40B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Performed REST API testing using Python Requests and Postman.</w:t>
      </w:r>
    </w:p>
    <w:p w14:paraId="3E089F15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Validated API status codes, headers, response payloads, schemas, and business rules.</w:t>
      </w:r>
    </w:p>
    <w:p w14:paraId="6BCBAE3C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Performed backend validation using SQL, PostgreSQL, and MySQL.</w:t>
      </w:r>
    </w:p>
    <w:p w14:paraId="7FE82A2E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Created reusable fixtures, utilities, keywords, page objects, and test data components.</w:t>
      </w:r>
    </w:p>
    <w:p w14:paraId="08A7269E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Implemented parameterized and data-driven testing.</w:t>
      </w:r>
    </w:p>
    <w:p w14:paraId="0F813146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Automated regression, smoke, sanity, and end-to-end test suites.</w:t>
      </w:r>
    </w:p>
    <w:p w14:paraId="6A4C14E8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Integrated automation suites with Jenkins CI/CD pipelines.</w:t>
      </w:r>
    </w:p>
    <w:p w14:paraId="03CAF741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Generated and analyzed Allure reports.</w:t>
      </w:r>
    </w:p>
    <w:p w14:paraId="1C7C2C77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Used Git and Bitbucket for source code management.</w:t>
      </w:r>
    </w:p>
    <w:p w14:paraId="62C29F61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Identified, logged, tracked, and retested application defects.</w:t>
      </w:r>
    </w:p>
    <w:p w14:paraId="5F693762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Participated in defect triage and root-cause analysis.</w:t>
      </w:r>
    </w:p>
    <w:p w14:paraId="627EA110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Collaborated with developers, QA engineers, business analysts, and client teams.</w:t>
      </w:r>
    </w:p>
    <w:p w14:paraId="2EF5C352" w14:textId="77777777" w:rsidR="00E773F2" w:rsidRDefault="00000000">
      <w:pPr>
        <w:spacing w:before="140" w:after="60"/>
      </w:pPr>
      <w:r>
        <w:rPr>
          <w:b/>
          <w:sz w:val="21"/>
        </w:rPr>
        <w:t>GENAI TESTING</w:t>
      </w:r>
    </w:p>
    <w:p w14:paraId="2552F8D5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Worked on GenAI-assisted software testing for recent application features.</w:t>
      </w:r>
    </w:p>
    <w:p w14:paraId="7B20C743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Generated test scenarios and test cases from functional requirements using GenAI.</w:t>
      </w:r>
    </w:p>
    <w:p w14:paraId="338944E9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Generated positive, negative, edge, and boundary scenarios.</w:t>
      </w:r>
    </w:p>
    <w:p w14:paraId="342563F4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Used GenAI to identify potential gaps in existing test coverage.</w:t>
      </w:r>
    </w:p>
    <w:p w14:paraId="19786228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Assisted in optimizing test cases by identifying duplicate and redundant scenarios.</w:t>
      </w:r>
    </w:p>
    <w:p w14:paraId="3A5A5C31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Used AI-assisted approaches for test data generation.</w:t>
      </w:r>
    </w:p>
    <w:p w14:paraId="378F9E77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lastRenderedPageBreak/>
        <w:t>Reviewed and refined AI-generated test cases against business requirements.</w:t>
      </w:r>
    </w:p>
    <w:p w14:paraId="1BBF0CD4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Converted approved AI-generated scenarios into automation-ready test cases.</w:t>
      </w:r>
    </w:p>
    <w:p w14:paraId="0B5BF371" w14:textId="77777777" w:rsidR="00E773F2" w:rsidRDefault="00000000">
      <w:pPr>
        <w:spacing w:before="140" w:after="60"/>
      </w:pPr>
      <w:r>
        <w:rPr>
          <w:b/>
          <w:sz w:val="22"/>
        </w:rPr>
        <w:t>PROJECT EXPERIENCE</w:t>
      </w:r>
    </w:p>
    <w:p w14:paraId="6196E208" w14:textId="793A3862" w:rsidR="00E773F2" w:rsidRDefault="00000000">
      <w:pPr>
        <w:spacing w:after="20"/>
      </w:pPr>
      <w:r>
        <w:rPr>
          <w:b/>
          <w:sz w:val="18"/>
        </w:rPr>
        <w:t xml:space="preserve">PROJECT </w:t>
      </w:r>
      <w:r w:rsidR="004867C2">
        <w:rPr>
          <w:b/>
          <w:sz w:val="18"/>
        </w:rPr>
        <w:t>2</w:t>
      </w:r>
      <w:r>
        <w:rPr>
          <w:b/>
          <w:sz w:val="18"/>
        </w:rPr>
        <w:t xml:space="preserve">: </w:t>
      </w:r>
      <w:r>
        <w:rPr>
          <w:sz w:val="18"/>
        </w:rPr>
        <w:t>Digital Banking Platform</w:t>
      </w:r>
    </w:p>
    <w:p w14:paraId="746A3EA5" w14:textId="77777777" w:rsidR="00E773F2" w:rsidRDefault="00000000">
      <w:pPr>
        <w:spacing w:after="20"/>
      </w:pPr>
      <w:r>
        <w:rPr>
          <w:b/>
          <w:sz w:val="18"/>
        </w:rPr>
        <w:t xml:space="preserve">Client: </w:t>
      </w:r>
      <w:r>
        <w:rPr>
          <w:sz w:val="18"/>
        </w:rPr>
        <w:t>Bank of America – USA</w:t>
      </w:r>
    </w:p>
    <w:p w14:paraId="2AF235CE" w14:textId="77777777" w:rsidR="00E773F2" w:rsidRDefault="00000000">
      <w:pPr>
        <w:spacing w:after="20"/>
      </w:pPr>
      <w:r>
        <w:rPr>
          <w:b/>
          <w:sz w:val="18"/>
        </w:rPr>
        <w:t xml:space="preserve">Domain: </w:t>
      </w:r>
      <w:r>
        <w:rPr>
          <w:sz w:val="18"/>
        </w:rPr>
        <w:t>Banking / Digital Banking</w:t>
      </w:r>
    </w:p>
    <w:p w14:paraId="2906EF09" w14:textId="77777777" w:rsidR="00E773F2" w:rsidRDefault="00000000">
      <w:pPr>
        <w:spacing w:after="20"/>
      </w:pPr>
      <w:r>
        <w:rPr>
          <w:b/>
          <w:sz w:val="18"/>
        </w:rPr>
        <w:t xml:space="preserve">Role: </w:t>
      </w:r>
      <w:r>
        <w:rPr>
          <w:sz w:val="18"/>
        </w:rPr>
        <w:t>Python Automation Test Engineer</w:t>
      </w:r>
    </w:p>
    <w:p w14:paraId="0A0D05E3" w14:textId="77777777" w:rsidR="00E773F2" w:rsidRDefault="00000000">
      <w:pPr>
        <w:spacing w:after="20"/>
      </w:pPr>
      <w:r>
        <w:rPr>
          <w:b/>
          <w:sz w:val="18"/>
        </w:rPr>
        <w:t xml:space="preserve">Technologies: </w:t>
      </w:r>
      <w:r>
        <w:rPr>
          <w:sz w:val="18"/>
        </w:rPr>
        <w:t xml:space="preserve">Python, </w:t>
      </w:r>
      <w:proofErr w:type="spellStart"/>
      <w:r>
        <w:rPr>
          <w:sz w:val="18"/>
        </w:rPr>
        <w:t>Pytest</w:t>
      </w:r>
      <w:proofErr w:type="spellEnd"/>
      <w:r>
        <w:rPr>
          <w:sz w:val="18"/>
        </w:rPr>
        <w:t>, Playwright, REST API, Postman, PostgreSQL, Jenkins, Git, Bitbucket, Allure</w:t>
      </w:r>
    </w:p>
    <w:p w14:paraId="30A7923C" w14:textId="77777777" w:rsidR="00E773F2" w:rsidRDefault="00000000">
      <w:pPr>
        <w:spacing w:after="20"/>
      </w:pPr>
      <w:r>
        <w:rPr>
          <w:b/>
          <w:sz w:val="18"/>
        </w:rPr>
        <w:t xml:space="preserve">Project Description: </w:t>
      </w:r>
      <w:r>
        <w:rPr>
          <w:sz w:val="18"/>
        </w:rPr>
        <w:t>Testing of a digital banking platform supporting customer authentication, account management, account balances, fund transfers, transaction history, beneficiary management, and online banking services.</w:t>
      </w:r>
    </w:p>
    <w:p w14:paraId="27A1C730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 xml:space="preserve">Developed automation scripts using Python and </w:t>
      </w:r>
      <w:proofErr w:type="spellStart"/>
      <w:r>
        <w:rPr>
          <w:sz w:val="18"/>
        </w:rPr>
        <w:t>Pytest</w:t>
      </w:r>
      <w:proofErr w:type="spellEnd"/>
      <w:r>
        <w:rPr>
          <w:sz w:val="18"/>
        </w:rPr>
        <w:t>.</w:t>
      </w:r>
    </w:p>
    <w:p w14:paraId="0463498B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Created Playwright-based UI automation for digital banking workflows.</w:t>
      </w:r>
    </w:p>
    <w:p w14:paraId="70090973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Automated customer login, authentication, account management, fund transfer, beneficiary, transaction history, and account statement workflows.</w:t>
      </w:r>
    </w:p>
    <w:p w14:paraId="25BC6436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 xml:space="preserve">Created reusable </w:t>
      </w:r>
      <w:proofErr w:type="spellStart"/>
      <w:r>
        <w:rPr>
          <w:sz w:val="18"/>
        </w:rPr>
        <w:t>Pytest</w:t>
      </w:r>
      <w:proofErr w:type="spellEnd"/>
      <w:r>
        <w:rPr>
          <w:sz w:val="18"/>
        </w:rPr>
        <w:t xml:space="preserve"> fixtures for authentication, test data, browser setup, and API configuration.</w:t>
      </w:r>
    </w:p>
    <w:p w14:paraId="475D2097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 xml:space="preserve">Implemented parameterized and data-driven testing using </w:t>
      </w:r>
      <w:proofErr w:type="spellStart"/>
      <w:r>
        <w:rPr>
          <w:sz w:val="18"/>
        </w:rPr>
        <w:t>Pytest</w:t>
      </w:r>
      <w:proofErr w:type="spellEnd"/>
      <w:r>
        <w:rPr>
          <w:sz w:val="18"/>
        </w:rPr>
        <w:t>.</w:t>
      </w:r>
    </w:p>
    <w:p w14:paraId="5AB82ACE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Developed reusable Playwright page objects and utility functions.</w:t>
      </w:r>
    </w:p>
    <w:p w14:paraId="664EF487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Performed REST API testing using Python Requests and Postman.</w:t>
      </w:r>
    </w:p>
    <w:p w14:paraId="7E07DB1F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Validated API status codes, response payloads, headers, schemas, and business rules.</w:t>
      </w:r>
    </w:p>
    <w:p w14:paraId="0E6E2CAD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Performed API-to-database validation using PostgreSQL.</w:t>
      </w:r>
    </w:p>
    <w:p w14:paraId="33B4986E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Automated regression, smoke, and sanity test suites.</w:t>
      </w:r>
    </w:p>
    <w:p w14:paraId="3248748D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Integrated automation execution with Jenkins and generated Allure reports.</w:t>
      </w:r>
    </w:p>
    <w:p w14:paraId="20AC0EBB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Used Git and Bitbucket for source code management.</w:t>
      </w:r>
    </w:p>
    <w:p w14:paraId="03BDD6AE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Logged and tracked defects and performed retesting after fixes.</w:t>
      </w:r>
    </w:p>
    <w:p w14:paraId="24E19446" w14:textId="77777777" w:rsidR="00E773F2" w:rsidRDefault="00000000">
      <w:pPr>
        <w:spacing w:after="20"/>
        <w:rPr>
          <w:sz w:val="18"/>
        </w:rPr>
      </w:pPr>
      <w:r>
        <w:rPr>
          <w:b/>
          <w:sz w:val="18"/>
        </w:rPr>
        <w:t xml:space="preserve">GenAI Testing: </w:t>
      </w:r>
      <w:r>
        <w:rPr>
          <w:sz w:val="18"/>
        </w:rPr>
        <w:t>Used GenAI to generate banking test scenarios, positive/negative/edge/boundary cases, identify coverage gaps, generate test data, optimize test cases, and create automation-ready scenarios.</w:t>
      </w:r>
    </w:p>
    <w:p w14:paraId="02248736" w14:textId="77777777" w:rsidR="00545C2A" w:rsidRDefault="00545C2A">
      <w:pPr>
        <w:spacing w:after="20"/>
      </w:pPr>
    </w:p>
    <w:p w14:paraId="7D020AB5" w14:textId="7FBB78C1" w:rsidR="00E773F2" w:rsidRDefault="00000000">
      <w:pPr>
        <w:spacing w:after="20"/>
      </w:pPr>
      <w:r>
        <w:rPr>
          <w:b/>
          <w:sz w:val="18"/>
        </w:rPr>
        <w:t xml:space="preserve">PROJECT </w:t>
      </w:r>
      <w:r w:rsidR="004867C2">
        <w:rPr>
          <w:b/>
          <w:sz w:val="18"/>
        </w:rPr>
        <w:t>1</w:t>
      </w:r>
      <w:r>
        <w:rPr>
          <w:b/>
          <w:sz w:val="18"/>
        </w:rPr>
        <w:t xml:space="preserve">: </w:t>
      </w:r>
      <w:r>
        <w:rPr>
          <w:sz w:val="18"/>
        </w:rPr>
        <w:t>Digital Payments &amp; FinTech Platform</w:t>
      </w:r>
    </w:p>
    <w:p w14:paraId="5261B452" w14:textId="77777777" w:rsidR="00E773F2" w:rsidRDefault="00000000">
      <w:pPr>
        <w:spacing w:after="20"/>
      </w:pPr>
      <w:r>
        <w:rPr>
          <w:b/>
          <w:sz w:val="18"/>
        </w:rPr>
        <w:t xml:space="preserve">Client: </w:t>
      </w:r>
      <w:r>
        <w:rPr>
          <w:sz w:val="18"/>
        </w:rPr>
        <w:t>Stripe – USA</w:t>
      </w:r>
    </w:p>
    <w:p w14:paraId="094F7D4B" w14:textId="77777777" w:rsidR="00E773F2" w:rsidRDefault="00000000">
      <w:pPr>
        <w:spacing w:after="20"/>
      </w:pPr>
      <w:r>
        <w:rPr>
          <w:b/>
          <w:sz w:val="18"/>
        </w:rPr>
        <w:t xml:space="preserve">Domain: </w:t>
      </w:r>
      <w:r>
        <w:rPr>
          <w:sz w:val="18"/>
        </w:rPr>
        <w:t>FinTech / Digital Payments</w:t>
      </w:r>
    </w:p>
    <w:p w14:paraId="49864F02" w14:textId="77777777" w:rsidR="00E773F2" w:rsidRDefault="00000000">
      <w:pPr>
        <w:spacing w:after="20"/>
      </w:pPr>
      <w:r>
        <w:rPr>
          <w:b/>
          <w:sz w:val="18"/>
        </w:rPr>
        <w:t xml:space="preserve">Role: </w:t>
      </w:r>
      <w:r>
        <w:rPr>
          <w:sz w:val="18"/>
        </w:rPr>
        <w:t>Python Automation Test Engineer</w:t>
      </w:r>
    </w:p>
    <w:p w14:paraId="4091D25F" w14:textId="77777777" w:rsidR="00E773F2" w:rsidRDefault="00000000">
      <w:pPr>
        <w:spacing w:after="20"/>
      </w:pPr>
      <w:r>
        <w:rPr>
          <w:b/>
          <w:sz w:val="18"/>
        </w:rPr>
        <w:t xml:space="preserve">Technologies: </w:t>
      </w:r>
      <w:r>
        <w:rPr>
          <w:sz w:val="18"/>
        </w:rPr>
        <w:t>Python, Robot Framework, Selenium WebDriver, REST API, Postman, MySQL, Jenkins, Git, Allure</w:t>
      </w:r>
    </w:p>
    <w:p w14:paraId="35406DC4" w14:textId="77777777" w:rsidR="00E773F2" w:rsidRDefault="00000000">
      <w:pPr>
        <w:spacing w:after="20"/>
      </w:pPr>
      <w:r>
        <w:rPr>
          <w:b/>
          <w:sz w:val="18"/>
        </w:rPr>
        <w:t xml:space="preserve">Project Description: </w:t>
      </w:r>
      <w:r>
        <w:rPr>
          <w:sz w:val="18"/>
        </w:rPr>
        <w:t>Testing of a FinTech and digital payments platform supporting payment processing, merchant management, customer transactions, refunds, payment status tracking, and transaction history.</w:t>
      </w:r>
    </w:p>
    <w:p w14:paraId="03BFB739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Developed and maintained automation scripts using Python and Robot Framework.</w:t>
      </w:r>
    </w:p>
    <w:p w14:paraId="6CE4AFF7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Created reusable Robot Framework keywords for common application workflows.</w:t>
      </w:r>
    </w:p>
    <w:p w14:paraId="1C3F81A8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Developed UI automation using Selenium WebDriver.</w:t>
      </w:r>
    </w:p>
    <w:p w14:paraId="4B5DC54D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Automated merchant login and dashboard workflows.</w:t>
      </w:r>
    </w:p>
    <w:p w14:paraId="6766E872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Automated payment initiation, transaction processing, success, failure, cancellation, retry, refund, and transaction history scenarios.</w:t>
      </w:r>
    </w:p>
    <w:p w14:paraId="71F05692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Created reusable Selenium page objects and automation utilities.</w:t>
      </w:r>
    </w:p>
    <w:p w14:paraId="2C36143A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Performed functional and regression testing of payment workflows.</w:t>
      </w:r>
    </w:p>
    <w:p w14:paraId="31B2D235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Performed REST API testing using Postman and Python Requests.</w:t>
      </w:r>
    </w:p>
    <w:p w14:paraId="34370CA1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Validated payment API request and response payloads, HTTP status codes, headers, and business rules.</w:t>
      </w:r>
    </w:p>
    <w:p w14:paraId="3EEC3A01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Performed database validation using MySQL.</w:t>
      </w:r>
    </w:p>
    <w:p w14:paraId="077A1714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Validated transaction status, payment details, refund information, and customer data.</w:t>
      </w:r>
    </w:p>
    <w:p w14:paraId="71D3FE27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Implemented data-driven testing for payment and transaction scenarios.</w:t>
      </w:r>
    </w:p>
    <w:p w14:paraId="6CCA1E98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Executed automated regression suites through Jenkins and generated Allure reports.</w:t>
      </w:r>
    </w:p>
    <w:p w14:paraId="210493F3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Used Git and Bitbucket for source code management.</w:t>
      </w:r>
    </w:p>
    <w:p w14:paraId="47AC85F4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Identified, documented, and retested defects.</w:t>
      </w:r>
    </w:p>
    <w:p w14:paraId="672D477C" w14:textId="77777777" w:rsidR="00545C2A" w:rsidRDefault="00545C2A">
      <w:pPr>
        <w:spacing w:before="140" w:after="60"/>
        <w:rPr>
          <w:b/>
          <w:sz w:val="22"/>
        </w:rPr>
      </w:pPr>
    </w:p>
    <w:p w14:paraId="0DB3D3CA" w14:textId="77777777" w:rsidR="00545C2A" w:rsidRDefault="00545C2A">
      <w:pPr>
        <w:spacing w:before="140" w:after="60"/>
        <w:rPr>
          <w:b/>
          <w:sz w:val="22"/>
        </w:rPr>
      </w:pPr>
    </w:p>
    <w:p w14:paraId="409BAFB7" w14:textId="4F1C59F4" w:rsidR="00E773F2" w:rsidRDefault="00000000">
      <w:pPr>
        <w:spacing w:before="140" w:after="60"/>
      </w:pPr>
      <w:r>
        <w:rPr>
          <w:b/>
          <w:sz w:val="22"/>
        </w:rPr>
        <w:t>TECHNICAL SKILLS</w:t>
      </w:r>
    </w:p>
    <w:p w14:paraId="2FB0E3A9" w14:textId="77777777" w:rsidR="00E773F2" w:rsidRDefault="00000000">
      <w:pPr>
        <w:spacing w:after="20"/>
      </w:pPr>
      <w:r>
        <w:rPr>
          <w:b/>
          <w:sz w:val="18"/>
        </w:rPr>
        <w:t xml:space="preserve">Programming: </w:t>
      </w:r>
      <w:r>
        <w:rPr>
          <w:sz w:val="18"/>
        </w:rPr>
        <w:t>Python</w:t>
      </w:r>
    </w:p>
    <w:p w14:paraId="301A9E9D" w14:textId="77777777" w:rsidR="00E773F2" w:rsidRDefault="00000000">
      <w:pPr>
        <w:spacing w:after="20"/>
      </w:pPr>
      <w:r>
        <w:rPr>
          <w:b/>
          <w:sz w:val="18"/>
        </w:rPr>
        <w:t xml:space="preserve">Automation Frameworks: </w:t>
      </w:r>
      <w:proofErr w:type="spellStart"/>
      <w:r>
        <w:rPr>
          <w:sz w:val="18"/>
        </w:rPr>
        <w:t>Pytest</w:t>
      </w:r>
      <w:proofErr w:type="spellEnd"/>
      <w:r>
        <w:rPr>
          <w:sz w:val="18"/>
        </w:rPr>
        <w:t>, Robot Framework</w:t>
      </w:r>
    </w:p>
    <w:p w14:paraId="0843CD2C" w14:textId="77777777" w:rsidR="00E773F2" w:rsidRDefault="00000000">
      <w:pPr>
        <w:spacing w:after="20"/>
      </w:pPr>
      <w:r>
        <w:rPr>
          <w:b/>
          <w:sz w:val="18"/>
        </w:rPr>
        <w:t xml:space="preserve">UI Automation: </w:t>
      </w:r>
      <w:r>
        <w:rPr>
          <w:sz w:val="18"/>
        </w:rPr>
        <w:t>Playwright, Selenium WebDriver</w:t>
      </w:r>
    </w:p>
    <w:p w14:paraId="2C22C62F" w14:textId="77777777" w:rsidR="00E773F2" w:rsidRDefault="00000000">
      <w:pPr>
        <w:spacing w:after="20"/>
      </w:pPr>
      <w:r>
        <w:rPr>
          <w:b/>
          <w:sz w:val="18"/>
        </w:rPr>
        <w:t xml:space="preserve">API Testing: </w:t>
      </w:r>
      <w:r>
        <w:rPr>
          <w:sz w:val="18"/>
        </w:rPr>
        <w:t>REST API, Postman, Python Requests</w:t>
      </w:r>
    </w:p>
    <w:p w14:paraId="4D19D190" w14:textId="77777777" w:rsidR="00E773F2" w:rsidRDefault="00000000">
      <w:pPr>
        <w:spacing w:after="20"/>
      </w:pPr>
      <w:r>
        <w:rPr>
          <w:b/>
          <w:sz w:val="18"/>
        </w:rPr>
        <w:t xml:space="preserve">GenAI Testing: </w:t>
      </w:r>
      <w:r>
        <w:rPr>
          <w:sz w:val="18"/>
        </w:rPr>
        <w:t>GenAI-Assisted Test Scenario Generation, Test Case Generation, Test Case Optimization, Test Coverage Analysis, AI-Assisted Test Data Generation</w:t>
      </w:r>
    </w:p>
    <w:p w14:paraId="72896F01" w14:textId="77777777" w:rsidR="00E773F2" w:rsidRDefault="00000000">
      <w:pPr>
        <w:spacing w:after="20"/>
      </w:pPr>
      <w:r>
        <w:rPr>
          <w:b/>
          <w:sz w:val="18"/>
        </w:rPr>
        <w:t xml:space="preserve">Database: </w:t>
      </w:r>
      <w:r>
        <w:rPr>
          <w:sz w:val="18"/>
        </w:rPr>
        <w:t>PostgreSQL, MySQL, SQL</w:t>
      </w:r>
    </w:p>
    <w:p w14:paraId="1D747692" w14:textId="77777777" w:rsidR="00E773F2" w:rsidRDefault="00000000">
      <w:pPr>
        <w:spacing w:after="20"/>
      </w:pPr>
      <w:r>
        <w:rPr>
          <w:b/>
          <w:sz w:val="18"/>
        </w:rPr>
        <w:t xml:space="preserve">CI/CD: </w:t>
      </w:r>
      <w:r>
        <w:rPr>
          <w:sz w:val="18"/>
        </w:rPr>
        <w:t>Jenkins</w:t>
      </w:r>
    </w:p>
    <w:p w14:paraId="17F58699" w14:textId="77777777" w:rsidR="00E773F2" w:rsidRDefault="00000000">
      <w:pPr>
        <w:spacing w:after="20"/>
      </w:pPr>
      <w:r>
        <w:rPr>
          <w:b/>
          <w:sz w:val="18"/>
        </w:rPr>
        <w:t xml:space="preserve">Version Control: </w:t>
      </w:r>
      <w:r>
        <w:rPr>
          <w:sz w:val="18"/>
        </w:rPr>
        <w:t>Git, Bitbucket</w:t>
      </w:r>
    </w:p>
    <w:p w14:paraId="413960F7" w14:textId="77777777" w:rsidR="00E773F2" w:rsidRDefault="00000000">
      <w:pPr>
        <w:spacing w:after="20"/>
      </w:pPr>
      <w:r>
        <w:rPr>
          <w:b/>
          <w:sz w:val="18"/>
        </w:rPr>
        <w:t xml:space="preserve">Reporting: </w:t>
      </w:r>
      <w:r>
        <w:rPr>
          <w:sz w:val="18"/>
        </w:rPr>
        <w:t>Allure Reports</w:t>
      </w:r>
    </w:p>
    <w:p w14:paraId="5149C536" w14:textId="77777777" w:rsidR="00E773F2" w:rsidRDefault="00000000">
      <w:pPr>
        <w:spacing w:after="20"/>
      </w:pPr>
      <w:r>
        <w:rPr>
          <w:b/>
          <w:sz w:val="18"/>
        </w:rPr>
        <w:t xml:space="preserve">Testing: </w:t>
      </w:r>
      <w:r>
        <w:rPr>
          <w:sz w:val="18"/>
        </w:rPr>
        <w:t>Functional, Regression, Smoke, Sanity, Integration, API, UI, End-to-End, Data Validation</w:t>
      </w:r>
    </w:p>
    <w:p w14:paraId="161F8E86" w14:textId="77777777" w:rsidR="00E773F2" w:rsidRDefault="00000000">
      <w:pPr>
        <w:spacing w:after="20"/>
      </w:pPr>
      <w:r>
        <w:rPr>
          <w:b/>
          <w:sz w:val="18"/>
        </w:rPr>
        <w:t xml:space="preserve">Methodologies: </w:t>
      </w:r>
      <w:r>
        <w:rPr>
          <w:sz w:val="18"/>
        </w:rPr>
        <w:t>Agile, SDLC, STLC, Defect Life Cycle</w:t>
      </w:r>
    </w:p>
    <w:p w14:paraId="53AB5F5A" w14:textId="77777777" w:rsidR="00E773F2" w:rsidRDefault="00000000">
      <w:pPr>
        <w:spacing w:after="20"/>
      </w:pPr>
      <w:r>
        <w:rPr>
          <w:b/>
          <w:sz w:val="18"/>
        </w:rPr>
        <w:t xml:space="preserve">IDEs: </w:t>
      </w:r>
      <w:r>
        <w:rPr>
          <w:sz w:val="18"/>
        </w:rPr>
        <w:t>PyCharm, Visual Studio Code</w:t>
      </w:r>
    </w:p>
    <w:p w14:paraId="7075F422" w14:textId="77777777" w:rsidR="00E773F2" w:rsidRDefault="00000000">
      <w:pPr>
        <w:spacing w:before="140" w:after="60"/>
      </w:pPr>
      <w:r>
        <w:rPr>
          <w:b/>
          <w:sz w:val="22"/>
        </w:rPr>
        <w:t>INTERNSHIP EXPERIENCE</w:t>
      </w:r>
    </w:p>
    <w:p w14:paraId="7823A087" w14:textId="3F439FB5" w:rsidR="00E773F2" w:rsidRDefault="00000000">
      <w:pPr>
        <w:spacing w:after="20"/>
      </w:pPr>
      <w:r>
        <w:rPr>
          <w:b/>
          <w:sz w:val="18"/>
        </w:rPr>
        <w:t xml:space="preserve">Role: </w:t>
      </w:r>
      <w:r>
        <w:rPr>
          <w:sz w:val="18"/>
        </w:rPr>
        <w:t>Automation Testing Intern</w:t>
      </w:r>
    </w:p>
    <w:p w14:paraId="09D255B4" w14:textId="77777777" w:rsidR="00E773F2" w:rsidRDefault="00000000">
      <w:pPr>
        <w:spacing w:after="20"/>
      </w:pPr>
      <w:r>
        <w:rPr>
          <w:b/>
          <w:sz w:val="18"/>
        </w:rPr>
        <w:t xml:space="preserve">Duration: </w:t>
      </w:r>
      <w:r>
        <w:rPr>
          <w:sz w:val="18"/>
        </w:rPr>
        <w:t>1 Year</w:t>
      </w:r>
    </w:p>
    <w:p w14:paraId="652E9B34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Worked on Python programming and software testing fundamentals.</w:t>
      </w:r>
    </w:p>
    <w:p w14:paraId="4804F84D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 xml:space="preserve">Developed basic automation scripts using Python and </w:t>
      </w:r>
      <w:proofErr w:type="spellStart"/>
      <w:r>
        <w:rPr>
          <w:sz w:val="18"/>
        </w:rPr>
        <w:t>Pytest</w:t>
      </w:r>
      <w:proofErr w:type="spellEnd"/>
      <w:r>
        <w:rPr>
          <w:sz w:val="18"/>
        </w:rPr>
        <w:t>.</w:t>
      </w:r>
    </w:p>
    <w:p w14:paraId="01B676B8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Created and executed functional and regression test cases.</w:t>
      </w:r>
    </w:p>
    <w:p w14:paraId="4FF53507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Worked with Selenium WebDriver for UI automation.</w:t>
      </w:r>
    </w:p>
    <w:p w14:paraId="0D0032A1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Gained exposure to Robot Framework.</w:t>
      </w:r>
    </w:p>
    <w:p w14:paraId="5BA2EFE0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Performed basic REST API testing using Postman.</w:t>
      </w:r>
    </w:p>
    <w:p w14:paraId="14D956B8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Validated API response codes and response data.</w:t>
      </w:r>
    </w:p>
    <w:p w14:paraId="70E08B5C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Performed basic database validation using SQL.</w:t>
      </w:r>
    </w:p>
    <w:p w14:paraId="714F434D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Worked with Git for source code management.</w:t>
      </w:r>
    </w:p>
    <w:p w14:paraId="08D5DCFC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Assisted in defect identification, reporting, and retesting.</w:t>
      </w:r>
    </w:p>
    <w:p w14:paraId="0F8B5457" w14:textId="77777777" w:rsidR="00E773F2" w:rsidRDefault="00000000">
      <w:pPr>
        <w:pStyle w:val="ListBullet"/>
        <w:spacing w:after="20"/>
        <w:ind w:left="259"/>
      </w:pPr>
      <w:r>
        <w:rPr>
          <w:sz w:val="18"/>
        </w:rPr>
        <w:t>Participated in test execution and test documentation.</w:t>
      </w:r>
    </w:p>
    <w:p w14:paraId="6F2F4832" w14:textId="77777777" w:rsidR="00E773F2" w:rsidRDefault="00000000">
      <w:pPr>
        <w:spacing w:before="140" w:after="60"/>
      </w:pPr>
      <w:r>
        <w:rPr>
          <w:b/>
          <w:sz w:val="22"/>
        </w:rPr>
        <w:t>EDUCATIONAL QUALIFICATION</w:t>
      </w:r>
    </w:p>
    <w:p w14:paraId="03F1A805" w14:textId="77777777" w:rsidR="00E773F2" w:rsidRDefault="00000000">
      <w:pPr>
        <w:spacing w:after="20"/>
      </w:pPr>
      <w:r>
        <w:rPr>
          <w:b/>
          <w:sz w:val="18"/>
        </w:rPr>
        <w:t xml:space="preserve">Degree: </w:t>
      </w:r>
      <w:r>
        <w:rPr>
          <w:sz w:val="18"/>
        </w:rPr>
        <w:t>Bachelor of Technology (</w:t>
      </w:r>
      <w:proofErr w:type="spellStart"/>
      <w:proofErr w:type="gramStart"/>
      <w:r>
        <w:rPr>
          <w:sz w:val="18"/>
        </w:rPr>
        <w:t>B.Tech</w:t>
      </w:r>
      <w:proofErr w:type="spellEnd"/>
      <w:proofErr w:type="gramEnd"/>
      <w:r>
        <w:rPr>
          <w:sz w:val="18"/>
        </w:rPr>
        <w:t>)</w:t>
      </w:r>
    </w:p>
    <w:p w14:paraId="68C7730C" w14:textId="77777777" w:rsidR="00E773F2" w:rsidRDefault="00000000">
      <w:pPr>
        <w:spacing w:after="20"/>
      </w:pPr>
      <w:r>
        <w:rPr>
          <w:b/>
          <w:sz w:val="18"/>
        </w:rPr>
        <w:t xml:space="preserve">Passed Out: </w:t>
      </w:r>
      <w:r>
        <w:rPr>
          <w:sz w:val="18"/>
        </w:rPr>
        <w:t>August 2023</w:t>
      </w:r>
    </w:p>
    <w:p w14:paraId="46958C25" w14:textId="0A9390A7" w:rsidR="00E773F2" w:rsidRDefault="00000000">
      <w:pPr>
        <w:spacing w:after="20"/>
      </w:pPr>
      <w:r>
        <w:rPr>
          <w:b/>
          <w:sz w:val="18"/>
        </w:rPr>
        <w:t xml:space="preserve">University: </w:t>
      </w:r>
      <w:r w:rsidR="004867C2">
        <w:rPr>
          <w:sz w:val="18"/>
        </w:rPr>
        <w:t>JNTU Hyderabad</w:t>
      </w:r>
    </w:p>
    <w:p w14:paraId="726BC5C2" w14:textId="77777777" w:rsidR="00E773F2" w:rsidRDefault="00000000">
      <w:pPr>
        <w:spacing w:before="140" w:after="60"/>
      </w:pPr>
      <w:r>
        <w:rPr>
          <w:b/>
          <w:sz w:val="22"/>
        </w:rPr>
        <w:t>PERSONAL INFORMATION</w:t>
      </w:r>
    </w:p>
    <w:p w14:paraId="2B8E997D" w14:textId="77777777" w:rsidR="00E773F2" w:rsidRDefault="00000000">
      <w:pPr>
        <w:spacing w:after="20"/>
      </w:pPr>
      <w:r>
        <w:rPr>
          <w:b/>
          <w:sz w:val="18"/>
        </w:rPr>
        <w:t xml:space="preserve">Name: </w:t>
      </w:r>
      <w:r>
        <w:rPr>
          <w:sz w:val="18"/>
        </w:rPr>
        <w:t>SK Rehaman Pasha</w:t>
      </w:r>
    </w:p>
    <w:p w14:paraId="18A32D8C" w14:textId="3DBFB22B" w:rsidR="00E773F2" w:rsidRDefault="00000000">
      <w:pPr>
        <w:spacing w:after="20"/>
      </w:pPr>
      <w:r>
        <w:rPr>
          <w:b/>
          <w:sz w:val="18"/>
        </w:rPr>
        <w:t xml:space="preserve">Location: </w:t>
      </w:r>
      <w:r w:rsidR="00C768E0">
        <w:rPr>
          <w:sz w:val="18"/>
        </w:rPr>
        <w:t>Bengaluru</w:t>
      </w:r>
    </w:p>
    <w:p w14:paraId="4717253B" w14:textId="56A3D774" w:rsidR="00E773F2" w:rsidRDefault="00000000">
      <w:pPr>
        <w:spacing w:after="20"/>
      </w:pPr>
      <w:r>
        <w:rPr>
          <w:b/>
          <w:sz w:val="18"/>
        </w:rPr>
        <w:t xml:space="preserve">Languages Known: </w:t>
      </w:r>
      <w:r>
        <w:rPr>
          <w:sz w:val="18"/>
        </w:rPr>
        <w:t xml:space="preserve">English, </w:t>
      </w:r>
      <w:r w:rsidR="004867C2">
        <w:rPr>
          <w:sz w:val="18"/>
        </w:rPr>
        <w:t xml:space="preserve">Hindi, </w:t>
      </w:r>
      <w:r>
        <w:rPr>
          <w:sz w:val="18"/>
        </w:rPr>
        <w:t>Telugu</w:t>
      </w:r>
    </w:p>
    <w:p w14:paraId="5DFC2C50" w14:textId="77777777" w:rsidR="00E773F2" w:rsidRDefault="00000000">
      <w:pPr>
        <w:spacing w:before="140" w:after="60"/>
      </w:pPr>
      <w:r>
        <w:rPr>
          <w:b/>
          <w:sz w:val="22"/>
        </w:rPr>
        <w:t>DECLARATION</w:t>
      </w:r>
    </w:p>
    <w:p w14:paraId="2E3CD7C6" w14:textId="77777777" w:rsidR="00E773F2" w:rsidRDefault="00000000">
      <w:r>
        <w:t>I hereby declare that the information furnished above is true and correct to the best of my knowledge and belief.</w:t>
      </w:r>
    </w:p>
    <w:p w14:paraId="6F2E912E" w14:textId="4BD7BEE2" w:rsidR="00E773F2" w:rsidRDefault="00000000">
      <w:pPr>
        <w:spacing w:after="20"/>
      </w:pPr>
      <w:r>
        <w:rPr>
          <w:b/>
          <w:sz w:val="18"/>
        </w:rPr>
        <w:t xml:space="preserve">Place: </w:t>
      </w:r>
      <w:r w:rsidR="004867C2">
        <w:rPr>
          <w:sz w:val="18"/>
        </w:rPr>
        <w:t>Bengaluru</w:t>
      </w:r>
    </w:p>
    <w:p w14:paraId="68849223" w14:textId="7F9B9026" w:rsidR="00E773F2" w:rsidRDefault="00000000">
      <w:pPr>
        <w:spacing w:after="20"/>
      </w:pPr>
      <w:r>
        <w:rPr>
          <w:b/>
          <w:sz w:val="18"/>
        </w:rPr>
        <w:t>Date</w:t>
      </w:r>
      <w:r w:rsidR="004867C2">
        <w:rPr>
          <w:b/>
          <w:sz w:val="18"/>
        </w:rPr>
        <w:t>:</w:t>
      </w:r>
    </w:p>
    <w:p w14:paraId="40E72F71" w14:textId="77777777" w:rsidR="00E773F2" w:rsidRDefault="00000000">
      <w:pPr>
        <w:jc w:val="right"/>
        <w:rPr>
          <w:b/>
        </w:rPr>
      </w:pPr>
      <w:r>
        <w:rPr>
          <w:b/>
        </w:rPr>
        <w:t>SK Rehaman Pasha</w:t>
      </w:r>
    </w:p>
    <w:p w14:paraId="65C82513" w14:textId="77777777" w:rsidR="007B24C9" w:rsidRPr="007B24C9" w:rsidRDefault="007B24C9" w:rsidP="007B24C9"/>
    <w:p w14:paraId="0E79ADC8" w14:textId="6D0C9637" w:rsidR="007B24C9" w:rsidRPr="007B24C9" w:rsidRDefault="007B24C9" w:rsidP="007B24C9">
      <w:pPr>
        <w:tabs>
          <w:tab w:val="left" w:pos="3785"/>
        </w:tabs>
      </w:pPr>
      <w:r>
        <w:tab/>
      </w:r>
    </w:p>
    <w:sectPr w:rsidR="007B24C9" w:rsidRPr="007B24C9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3FD5B" w14:textId="77777777" w:rsidR="003E08D8" w:rsidRDefault="003E08D8">
      <w:pPr>
        <w:spacing w:after="0" w:line="240" w:lineRule="auto"/>
      </w:pPr>
      <w:r>
        <w:separator/>
      </w:r>
    </w:p>
  </w:endnote>
  <w:endnote w:type="continuationSeparator" w:id="0">
    <w:p w14:paraId="73A34D29" w14:textId="77777777" w:rsidR="003E08D8" w:rsidRDefault="003E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F330E" w14:textId="77777777" w:rsidR="00E773F2" w:rsidRDefault="00000000">
    <w:pPr>
      <w:pStyle w:val="Footer"/>
      <w:jc w:val="center"/>
    </w:pPr>
    <w:r>
      <w:rPr>
        <w:sz w:val="16"/>
      </w:rPr>
      <w:t>SK Rehaman Pasha | Python Automation Test Engineer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C7081" w14:textId="77777777" w:rsidR="003E08D8" w:rsidRDefault="003E08D8">
      <w:pPr>
        <w:spacing w:after="0" w:line="240" w:lineRule="auto"/>
      </w:pPr>
      <w:r>
        <w:separator/>
      </w:r>
    </w:p>
  </w:footnote>
  <w:footnote w:type="continuationSeparator" w:id="0">
    <w:p w14:paraId="6389045F" w14:textId="77777777" w:rsidR="003E08D8" w:rsidRDefault="003E0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7721041">
    <w:abstractNumId w:val="8"/>
  </w:num>
  <w:num w:numId="2" w16cid:durableId="523829481">
    <w:abstractNumId w:val="6"/>
  </w:num>
  <w:num w:numId="3" w16cid:durableId="686176105">
    <w:abstractNumId w:val="5"/>
  </w:num>
  <w:num w:numId="4" w16cid:durableId="831991215">
    <w:abstractNumId w:val="4"/>
  </w:num>
  <w:num w:numId="5" w16cid:durableId="462309477">
    <w:abstractNumId w:val="7"/>
  </w:num>
  <w:num w:numId="6" w16cid:durableId="725419458">
    <w:abstractNumId w:val="3"/>
  </w:num>
  <w:num w:numId="7" w16cid:durableId="1153907747">
    <w:abstractNumId w:val="2"/>
  </w:num>
  <w:num w:numId="8" w16cid:durableId="498158209">
    <w:abstractNumId w:val="1"/>
  </w:num>
  <w:num w:numId="9" w16cid:durableId="1388339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3E1A"/>
    <w:rsid w:val="003E08D8"/>
    <w:rsid w:val="0044513F"/>
    <w:rsid w:val="004867C2"/>
    <w:rsid w:val="00545C2A"/>
    <w:rsid w:val="007B24C9"/>
    <w:rsid w:val="008F4478"/>
    <w:rsid w:val="00AA1D8D"/>
    <w:rsid w:val="00B47730"/>
    <w:rsid w:val="00C768E0"/>
    <w:rsid w:val="00CB0664"/>
    <w:rsid w:val="00D1113F"/>
    <w:rsid w:val="00D1612C"/>
    <w:rsid w:val="00E773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4AAB34"/>
  <w14:defaultImageDpi w14:val="300"/>
  <w15:docId w15:val="{30644E7C-0C7E-4BE6-ABAF-37061B96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Sk Rehaman Pasha</cp:lastModifiedBy>
  <cp:revision>6</cp:revision>
  <dcterms:created xsi:type="dcterms:W3CDTF">2013-12-23T23:15:00Z</dcterms:created>
  <dcterms:modified xsi:type="dcterms:W3CDTF">2026-08-16T17:11:00Z</dcterms:modified>
  <cp:category/>
</cp:coreProperties>
</file>